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2A65" w14:textId="77777777" w:rsidR="00E357C0" w:rsidRDefault="00436B11">
      <w:pPr>
        <w:spacing w:after="40"/>
        <w:jc w:val="center"/>
      </w:pPr>
      <w:r>
        <w:rPr>
          <w:rFonts w:ascii="Arial" w:hAnsi="Arial"/>
          <w:b/>
          <w:color w:val="1A365D"/>
          <w:sz w:val="22"/>
        </w:rPr>
        <w:t>ISTITUTO DI ISTRUZIONE SECONDARIA SUPERIORE “S. PUGLIATTI”</w:t>
      </w:r>
    </w:p>
    <w:p w14:paraId="47F5668B" w14:textId="77777777" w:rsidR="00E357C0" w:rsidRDefault="00436B11">
      <w:pPr>
        <w:spacing w:after="40"/>
        <w:jc w:val="center"/>
      </w:pPr>
      <w:r>
        <w:rPr>
          <w:rFonts w:ascii="Arial" w:hAnsi="Arial"/>
          <w:color w:val="444444"/>
          <w:sz w:val="17"/>
        </w:rPr>
        <w:t>Sede di Taormina: C.da Arancio – Tel. 0942-50202 – Cod. Fisc. 96005600832 – Cod. Mecc. MEIS03300G</w:t>
      </w:r>
      <w:r>
        <w:rPr>
          <w:rFonts w:ascii="Arial" w:hAnsi="Arial"/>
          <w:color w:val="444444"/>
          <w:sz w:val="17"/>
        </w:rPr>
        <w:br/>
        <w:t>Email: meis03300g@istruzione.it – PEC: meis03300g@pec.istruzione.it</w:t>
      </w:r>
    </w:p>
    <w:p w14:paraId="2C6BB418" w14:textId="77777777" w:rsidR="00E357C0" w:rsidRDefault="00E357C0">
      <w:pPr>
        <w:pBdr>
          <w:bottom w:val="single" w:sz="12" w:space="1" w:color="1A365D"/>
        </w:pBdr>
        <w:spacing w:after="240"/>
      </w:pPr>
    </w:p>
    <w:p w14:paraId="3AE8CF24" w14:textId="77777777" w:rsidR="00E357C0" w:rsidRDefault="00436B11">
      <w:pPr>
        <w:spacing w:after="60"/>
        <w:jc w:val="center"/>
      </w:pPr>
      <w:r>
        <w:rPr>
          <w:rFonts w:ascii="Arial" w:hAnsi="Arial"/>
          <w:b/>
          <w:color w:val="1A365D"/>
          <w:sz w:val="25"/>
        </w:rPr>
        <w:t>ALLEGATO 3 – DICHIARAZIONE SOSTITUTIVA SULLA SICUREZZA</w:t>
      </w:r>
    </w:p>
    <w:p w14:paraId="105F6A6D" w14:textId="77777777" w:rsidR="00E357C0" w:rsidRDefault="00436B11">
      <w:pPr>
        <w:spacing w:after="240"/>
        <w:jc w:val="center"/>
      </w:pPr>
      <w:r>
        <w:rPr>
          <w:rFonts w:ascii="Arial" w:hAnsi="Arial"/>
          <w:i/>
          <w:color w:val="555555"/>
          <w:sz w:val="18"/>
        </w:rPr>
        <w:t>Dichiarazione sostitutiva di certificazione e di atto di notorietà (Artt. 46 e 47 D.P.R. 28/12/2000, n. 445)</w:t>
      </w:r>
      <w:r>
        <w:rPr>
          <w:rFonts w:ascii="Arial" w:hAnsi="Arial"/>
          <w:i/>
          <w:color w:val="555555"/>
          <w:sz w:val="18"/>
        </w:rPr>
        <w:br/>
        <w:t>Attestazione formazione in materia di salute e sicurezza nei luoghi di lavoro (D.Lgs. 81/2008 e ss.mm.ii.)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E357C0" w14:paraId="29B32052" w14:textId="77777777">
        <w:trPr>
          <w:jc w:val="center"/>
        </w:trPr>
        <w:tc>
          <w:tcPr>
            <w:tcW w:w="9605" w:type="dxa"/>
            <w:tcBorders>
              <w:top w:val="single" w:sz="4" w:space="0" w:color="CBD5E0"/>
              <w:left w:val="single" w:sz="24" w:space="0" w:color="1A365D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82A2FA" w14:textId="77777777" w:rsidR="00E357C0" w:rsidRDefault="00436B11">
            <w:pPr>
              <w:spacing w:after="0"/>
            </w:pPr>
            <w:r>
              <w:rPr>
                <w:b/>
                <w:sz w:val="17"/>
              </w:rPr>
              <w:t xml:space="preserve">AVVERTENZA: </w:t>
            </w:r>
            <w:r>
              <w:rPr>
                <w:sz w:val="17"/>
              </w:rPr>
              <w:t>Le dichiarazioni mendaci, le falsità negli atti e l'uso di atti falsi sono puniti dal codice penale e dalle leggi speciali in materia (art. 76 D.P.R. 445/2000). Qualora dal controllo emerga la non veridicità del contenuto della dichiarazione, il dichiarante decade dai benefici eventualmente conseguiti (art. 75 D.P.R. 445/2000).</w:t>
            </w:r>
          </w:p>
        </w:tc>
      </w:tr>
    </w:tbl>
    <w:p w14:paraId="57EBB8EA" w14:textId="77777777" w:rsidR="00E357C0" w:rsidRDefault="00E357C0">
      <w:pPr>
        <w:spacing w:after="120"/>
      </w:pPr>
    </w:p>
    <w:p w14:paraId="0921BBA8" w14:textId="77777777" w:rsidR="00E357C0" w:rsidRDefault="00436B11">
      <w:pPr>
        <w:spacing w:after="80"/>
      </w:pPr>
      <w:r>
        <w:rPr>
          <w:sz w:val="20"/>
        </w:rPr>
        <w:t>Il/La sottoscritto/a ....................................................................................................................................................................</w:t>
      </w:r>
    </w:p>
    <w:p w14:paraId="6E28DCEB" w14:textId="77777777" w:rsidR="00E357C0" w:rsidRDefault="00436B11">
      <w:pPr>
        <w:spacing w:after="80"/>
      </w:pPr>
      <w:r>
        <w:rPr>
          <w:sz w:val="20"/>
        </w:rPr>
        <w:t>Nato/a a ................................................................................. (Prov. ........) il ....................................................................</w:t>
      </w:r>
    </w:p>
    <w:p w14:paraId="30B008C0" w14:textId="77777777" w:rsidR="00E357C0" w:rsidRDefault="00436B11">
      <w:pPr>
        <w:spacing w:after="80"/>
      </w:pPr>
      <w:r>
        <w:rPr>
          <w:sz w:val="20"/>
        </w:rPr>
        <w:t>Codice Fiscale ....................................................................................................................................................................</w:t>
      </w:r>
    </w:p>
    <w:p w14:paraId="6C4C7E72" w14:textId="77777777" w:rsidR="00E357C0" w:rsidRDefault="00436B11">
      <w:pPr>
        <w:spacing w:after="80"/>
      </w:pPr>
      <w:r>
        <w:rPr>
          <w:sz w:val="20"/>
        </w:rPr>
        <w:t>Residente a ................................................................................. (Prov. ........) Cap ............................................................</w:t>
      </w:r>
    </w:p>
    <w:p w14:paraId="4D9BCD4E" w14:textId="77777777" w:rsidR="00E357C0" w:rsidRDefault="00436B11">
      <w:pPr>
        <w:spacing w:after="80"/>
      </w:pPr>
      <w:r>
        <w:rPr>
          <w:sz w:val="20"/>
        </w:rPr>
        <w:t>Via/Piazza .......................................................................................................................... n. ........................................</w:t>
      </w:r>
    </w:p>
    <w:p w14:paraId="6D2006C5" w14:textId="77777777" w:rsidR="00E357C0" w:rsidRDefault="00436B11">
      <w:pPr>
        <w:spacing w:after="80"/>
      </w:pPr>
      <w:r>
        <w:rPr>
          <w:sz w:val="20"/>
        </w:rPr>
        <w:t>Tel./Cell. ......................................................................... E-mail ....................................................................................</w:t>
      </w:r>
    </w:p>
    <w:p w14:paraId="00B0A0D1" w14:textId="77777777" w:rsidR="00E357C0" w:rsidRDefault="00436B11">
      <w:pPr>
        <w:spacing w:after="80"/>
      </w:pPr>
      <w:r>
        <w:rPr>
          <w:sz w:val="20"/>
        </w:rPr>
        <w:t>In servizio presso questa Istituzione Scolastica in qualità di:</w:t>
      </w:r>
    </w:p>
    <w:p w14:paraId="13161F1C" w14:textId="77777777" w:rsidR="00E357C0" w:rsidRDefault="00436B11">
      <w:pPr>
        <w:spacing w:after="60"/>
        <w:ind w:left="432"/>
      </w:pPr>
      <w:r>
        <w:t>☐</w:t>
      </w:r>
      <w:r>
        <w:t xml:space="preserve">  Docente – Classe di concorso ...................................................................................................................</w:t>
      </w:r>
    </w:p>
    <w:p w14:paraId="52B43CF4" w14:textId="77777777" w:rsidR="00E357C0" w:rsidRDefault="00436B11">
      <w:pPr>
        <w:ind w:left="432"/>
      </w:pPr>
      <w:r>
        <w:t>☐</w:t>
      </w:r>
      <w:r>
        <w:t xml:space="preserve">  Personale A.T.A. – Profilo .................................................................................................................................</w:t>
      </w:r>
    </w:p>
    <w:p w14:paraId="6793426E" w14:textId="77777777" w:rsidR="00E357C0" w:rsidRDefault="00436B11">
      <w:pPr>
        <w:spacing w:before="160" w:after="120"/>
        <w:jc w:val="center"/>
      </w:pPr>
      <w:r>
        <w:rPr>
          <w:rFonts w:ascii="Arial" w:hAnsi="Arial"/>
          <w:b/>
          <w:sz w:val="22"/>
        </w:rPr>
        <w:t>DICHIARA SOTTO LA PROPRIA RESPONSABILITÀ</w:t>
      </w:r>
    </w:p>
    <w:p w14:paraId="176859C5" w14:textId="77777777" w:rsidR="00E357C0" w:rsidRDefault="00436B11">
      <w:pPr>
        <w:spacing w:after="160"/>
      </w:pPr>
      <w:r>
        <w:t>Ai fini dell'adempimento degli obblighi formativi previsti dall'art. 37 del D.Lgs. 81/2008 e dall'Accordo Stato-Regioni del 21/12/2011:</w:t>
      </w:r>
    </w:p>
    <w:tbl>
      <w:tblPr>
        <w:tblW w:w="0" w:type="auto"/>
        <w:jc w:val="center"/>
        <w:tblBorders>
          <w:top w:val="single" w:sz="4" w:space="0" w:color="A0AEC0"/>
          <w:left w:val="single" w:sz="4" w:space="0" w:color="A0AEC0"/>
          <w:bottom w:val="single" w:sz="4" w:space="0" w:color="A0AEC0"/>
          <w:right w:val="single" w:sz="4" w:space="0" w:color="A0AEC0"/>
          <w:insideH w:val="single" w:sz="4" w:space="0" w:color="A0AEC0"/>
          <w:insideV w:val="single" w:sz="4" w:space="0" w:color="A0AEC0"/>
        </w:tblBorders>
        <w:tblLook w:val="04A0" w:firstRow="1" w:lastRow="0" w:firstColumn="1" w:lastColumn="0" w:noHBand="0" w:noVBand="1"/>
      </w:tblPr>
      <w:tblGrid>
        <w:gridCol w:w="567"/>
        <w:gridCol w:w="3146"/>
        <w:gridCol w:w="966"/>
        <w:gridCol w:w="2335"/>
        <w:gridCol w:w="1445"/>
        <w:gridCol w:w="1136"/>
      </w:tblGrid>
      <w:tr w:rsidR="00E357C0" w14:paraId="30C3D2FF" w14:textId="77777777">
        <w:trPr>
          <w:jc w:val="center"/>
        </w:trPr>
        <w:tc>
          <w:tcPr>
            <w:tcW w:w="576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88BF2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Sel.</w:t>
            </w:r>
          </w:p>
        </w:tc>
        <w:tc>
          <w:tcPr>
            <w:tcW w:w="3168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D914B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Tipologia Corso Formativo</w:t>
            </w:r>
          </w:p>
        </w:tc>
        <w:tc>
          <w:tcPr>
            <w:tcW w:w="1008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B9D92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Ore</w:t>
            </w:r>
          </w:p>
        </w:tc>
        <w:tc>
          <w:tcPr>
            <w:tcW w:w="2448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8D423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Ente / Soggetto Erogatore</w:t>
            </w:r>
          </w:p>
        </w:tc>
        <w:tc>
          <w:tcPr>
            <w:tcW w:w="1296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F245A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Data Conseguimento</w:t>
            </w:r>
          </w:p>
        </w:tc>
        <w:tc>
          <w:tcPr>
            <w:tcW w:w="1152" w:type="dxa"/>
            <w:shd w:val="clear" w:color="auto" w:fill="EBF8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37CE" w14:textId="77777777" w:rsidR="00E357C0" w:rsidRDefault="00436B11">
            <w:pPr>
              <w:jc w:val="center"/>
            </w:pPr>
            <w:r>
              <w:rPr>
                <w:rFonts w:ascii="Arial" w:hAnsi="Arial"/>
                <w:b/>
                <w:color w:val="2B6CB0"/>
                <w:sz w:val="17"/>
              </w:rPr>
              <w:t>Scadenza</w:t>
            </w:r>
            <w:r>
              <w:rPr>
                <w:rFonts w:ascii="Arial" w:hAnsi="Arial"/>
                <w:b/>
                <w:color w:val="2B6CB0"/>
                <w:sz w:val="17"/>
              </w:rPr>
              <w:br/>
              <w:t>(se prevista)</w:t>
            </w:r>
          </w:p>
        </w:tc>
      </w:tr>
      <w:tr w:rsidR="00E357C0" w14:paraId="549D679C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24F89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21EE0" w14:textId="77777777" w:rsidR="00E357C0" w:rsidRDefault="00436B11">
            <w:pPr>
              <w:spacing w:after="0"/>
            </w:pPr>
            <w:r>
              <w:rPr>
                <w:sz w:val="17"/>
              </w:rPr>
              <w:t>Formazione Generale</w:t>
            </w:r>
            <w:r>
              <w:rPr>
                <w:sz w:val="17"/>
              </w:rPr>
              <w:br/>
              <w:t>(Art. 37 D.Lgs. 81/08 - Modulo base)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744A1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4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09262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C6E6E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15279C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Permanente</w:t>
            </w:r>
          </w:p>
        </w:tc>
      </w:tr>
      <w:tr w:rsidR="00E357C0" w14:paraId="4F6997D1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CA0A4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CB8CAB" w14:textId="77777777" w:rsidR="00E357C0" w:rsidRDefault="00436B11">
            <w:pPr>
              <w:spacing w:after="0"/>
            </w:pPr>
            <w:r>
              <w:rPr>
                <w:sz w:val="17"/>
              </w:rPr>
              <w:t>Formazione Specifica Rischio Medio</w:t>
            </w:r>
            <w:r>
              <w:rPr>
                <w:sz w:val="17"/>
              </w:rPr>
              <w:br/>
              <w:t>(Settore Istruzione/PA)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054D7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8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371FA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874A9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06683" w14:textId="77777777" w:rsidR="00E357C0" w:rsidRDefault="00E357C0">
            <w:pPr>
              <w:spacing w:after="0"/>
              <w:jc w:val="center"/>
            </w:pPr>
          </w:p>
        </w:tc>
      </w:tr>
      <w:tr w:rsidR="00E357C0" w14:paraId="0FC316AB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1F9CE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9153F" w14:textId="77777777" w:rsidR="00E357C0" w:rsidRDefault="00436B11">
            <w:pPr>
              <w:spacing w:after="0"/>
            </w:pPr>
            <w:r>
              <w:rPr>
                <w:sz w:val="17"/>
              </w:rPr>
              <w:t>Aggiornamento Formazione Specifica</w:t>
            </w:r>
            <w:r>
              <w:rPr>
                <w:sz w:val="17"/>
              </w:rPr>
              <w:br/>
              <w:t>(Quinquennale)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101AE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6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A4A5A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325E2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0F1A6" w14:textId="77777777" w:rsidR="00E357C0" w:rsidRDefault="00E357C0">
            <w:pPr>
              <w:spacing w:after="0"/>
              <w:jc w:val="center"/>
            </w:pPr>
          </w:p>
        </w:tc>
      </w:tr>
      <w:tr w:rsidR="00E357C0" w14:paraId="3617B566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95BC9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31AAA" w14:textId="77777777" w:rsidR="00E357C0" w:rsidRDefault="00436B11">
            <w:pPr>
              <w:spacing w:after="0"/>
            </w:pPr>
            <w:r>
              <w:rPr>
                <w:sz w:val="17"/>
              </w:rPr>
              <w:t>Primo Soccorso</w:t>
            </w:r>
            <w:r>
              <w:rPr>
                <w:sz w:val="17"/>
              </w:rPr>
              <w:br/>
              <w:t>(Gruppo B/C - Addetto al PS)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2D422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12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0F73D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9C5AA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0D0D1" w14:textId="77777777" w:rsidR="00E357C0" w:rsidRDefault="00E357C0">
            <w:pPr>
              <w:spacing w:after="0"/>
              <w:jc w:val="center"/>
            </w:pPr>
          </w:p>
        </w:tc>
      </w:tr>
      <w:tr w:rsidR="00E357C0" w14:paraId="769FA604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6CADE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1850F" w14:textId="77777777" w:rsidR="00E357C0" w:rsidRDefault="00436B11">
            <w:pPr>
              <w:spacing w:after="0"/>
            </w:pPr>
            <w:r>
              <w:rPr>
                <w:sz w:val="17"/>
              </w:rPr>
              <w:t>Aggiornamento Primo Soccorso</w:t>
            </w:r>
            <w:r>
              <w:rPr>
                <w:sz w:val="17"/>
              </w:rPr>
              <w:br/>
              <w:t>(Triennale)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A6531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4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8F359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C8269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3D143" w14:textId="77777777" w:rsidR="00E357C0" w:rsidRDefault="00E357C0">
            <w:pPr>
              <w:spacing w:after="0"/>
              <w:jc w:val="center"/>
            </w:pPr>
          </w:p>
        </w:tc>
      </w:tr>
      <w:tr w:rsidR="00E357C0" w14:paraId="0920FA4A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0EDDF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27F1E" w14:textId="77777777" w:rsidR="00E357C0" w:rsidRDefault="00436B11">
            <w:pPr>
              <w:spacing w:after="0"/>
            </w:pPr>
            <w:r>
              <w:rPr>
                <w:sz w:val="17"/>
              </w:rPr>
              <w:t>Antincendio / Evacuazione</w:t>
            </w:r>
            <w:r>
              <w:rPr>
                <w:sz w:val="17"/>
              </w:rPr>
              <w:br/>
              <w:t>(Livello 2 / Rischio Medio)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38C73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8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FD67E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47AE4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B2B83" w14:textId="77777777" w:rsidR="00E357C0" w:rsidRDefault="00E357C0">
            <w:pPr>
              <w:spacing w:after="0"/>
              <w:jc w:val="center"/>
            </w:pPr>
          </w:p>
        </w:tc>
      </w:tr>
      <w:tr w:rsidR="00E357C0" w14:paraId="5C8A826B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E971D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81027" w14:textId="77777777" w:rsidR="00E357C0" w:rsidRDefault="00436B11">
            <w:pPr>
              <w:spacing w:after="0"/>
            </w:pPr>
            <w:r>
              <w:rPr>
                <w:sz w:val="17"/>
              </w:rPr>
              <w:t>Aggiornamento Antincendio</w:t>
            </w:r>
            <w:r>
              <w:rPr>
                <w:sz w:val="17"/>
              </w:rPr>
              <w:br/>
              <w:t>(Triennale - D.M. 02/09/2021)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048C3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5 ore</w:t>
            </w: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43B35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015FB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7FABA" w14:textId="77777777" w:rsidR="00E357C0" w:rsidRDefault="00E357C0">
            <w:pPr>
              <w:spacing w:after="0"/>
              <w:jc w:val="center"/>
            </w:pPr>
          </w:p>
        </w:tc>
      </w:tr>
      <w:tr w:rsidR="00E357C0" w14:paraId="0879F540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A1C56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DE470" w14:textId="77777777" w:rsidR="00E357C0" w:rsidRDefault="00436B11">
            <w:pPr>
              <w:spacing w:after="0"/>
            </w:pPr>
            <w:r>
              <w:rPr>
                <w:sz w:val="17"/>
              </w:rPr>
              <w:t>R.L.S. / Dirigenti / Preposti</w:t>
            </w:r>
            <w:r>
              <w:rPr>
                <w:sz w:val="17"/>
              </w:rPr>
              <w:br/>
              <w:t>(Ruoli specifici prevenzione)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16452" w14:textId="77777777" w:rsidR="00E357C0" w:rsidRDefault="00E357C0">
            <w:pPr>
              <w:spacing w:after="0"/>
              <w:jc w:val="center"/>
            </w:pP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26A24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EC470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2E2F7" w14:textId="77777777" w:rsidR="00E357C0" w:rsidRDefault="00E357C0">
            <w:pPr>
              <w:spacing w:after="0"/>
              <w:jc w:val="center"/>
            </w:pPr>
          </w:p>
        </w:tc>
      </w:tr>
      <w:tr w:rsidR="00E357C0" w14:paraId="437199C4" w14:textId="77777777">
        <w:trPr>
          <w:jc w:val="center"/>
        </w:trPr>
        <w:tc>
          <w:tcPr>
            <w:tcW w:w="57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251B8" w14:textId="77777777" w:rsidR="00E357C0" w:rsidRDefault="00436B11">
            <w:pPr>
              <w:spacing w:after="0"/>
              <w:jc w:val="center"/>
            </w:pPr>
            <w:r>
              <w:rPr>
                <w:sz w:val="17"/>
              </w:rPr>
              <w:lastRenderedPageBreak/>
              <w:t>☐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5E5E5" w14:textId="77777777" w:rsidR="00E357C0" w:rsidRDefault="00436B11">
            <w:pPr>
              <w:spacing w:after="0"/>
            </w:pPr>
            <w:r>
              <w:rPr>
                <w:sz w:val="17"/>
              </w:rPr>
              <w:t>Altro corso sulla sicurezza:</w:t>
            </w:r>
            <w:r>
              <w:rPr>
                <w:sz w:val="17"/>
              </w:rPr>
              <w:br/>
              <w:t>.................................................................</w:t>
            </w:r>
          </w:p>
        </w:tc>
        <w:tc>
          <w:tcPr>
            <w:tcW w:w="10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16B2A" w14:textId="77777777" w:rsidR="00E357C0" w:rsidRDefault="00E357C0">
            <w:pPr>
              <w:spacing w:after="0"/>
              <w:jc w:val="center"/>
            </w:pPr>
          </w:p>
        </w:tc>
        <w:tc>
          <w:tcPr>
            <w:tcW w:w="24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91674" w14:textId="77777777" w:rsidR="00E357C0" w:rsidRDefault="00E357C0">
            <w:pPr>
              <w:spacing w:after="0"/>
            </w:pPr>
          </w:p>
        </w:tc>
        <w:tc>
          <w:tcPr>
            <w:tcW w:w="129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F4511" w14:textId="77777777" w:rsidR="00E357C0" w:rsidRDefault="00E357C0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990B8" w14:textId="77777777" w:rsidR="00E357C0" w:rsidRDefault="00E357C0">
            <w:pPr>
              <w:spacing w:after="0"/>
              <w:jc w:val="center"/>
            </w:pPr>
          </w:p>
        </w:tc>
      </w:tr>
    </w:tbl>
    <w:p w14:paraId="7824D382" w14:textId="77777777" w:rsidR="00E357C0" w:rsidRDefault="00436B11">
      <w:pPr>
        <w:spacing w:before="200" w:after="80"/>
      </w:pPr>
      <w:r>
        <w:rPr>
          <w:b/>
          <w:sz w:val="18"/>
        </w:rPr>
        <w:t>☐</w:t>
      </w:r>
      <w:r>
        <w:rPr>
          <w:b/>
          <w:sz w:val="18"/>
        </w:rPr>
        <w:t xml:space="preserve">  Si allegano alla presente copia degli attestati di formazione dichiarati.</w:t>
      </w:r>
    </w:p>
    <w:p w14:paraId="37D3243A" w14:textId="77777777" w:rsidR="00E357C0" w:rsidRDefault="00436B11">
      <w:pPr>
        <w:spacing w:after="300"/>
      </w:pPr>
      <w:r>
        <w:rPr>
          <w:b/>
          <w:sz w:val="18"/>
        </w:rPr>
        <w:t>☐</w:t>
      </w:r>
      <w:r>
        <w:rPr>
          <w:b/>
          <w:sz w:val="18"/>
        </w:rPr>
        <w:t xml:space="preserve">  Dichiara di NON essere in possesso di alcun attestato di formazione sulla sicurezza ex D.Lgs. 81/08 e di richiedere l'iscrizione ai corsi di formazione previsti dall'Istituzione Scolastica.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4752"/>
      </w:tblGrid>
      <w:tr w:rsidR="00E357C0" w14:paraId="264AC682" w14:textId="77777777">
        <w:trPr>
          <w:jc w:val="center"/>
        </w:trPr>
        <w:tc>
          <w:tcPr>
            <w:tcW w:w="4752" w:type="dxa"/>
          </w:tcPr>
          <w:p w14:paraId="3A21A49B" w14:textId="77777777" w:rsidR="00E357C0" w:rsidRDefault="00436B11">
            <w:r>
              <w:t>Luogo e Data</w:t>
            </w:r>
            <w:r>
              <w:br/>
            </w:r>
            <w:r>
              <w:br/>
              <w:t>Taormina, ........................................</w:t>
            </w:r>
          </w:p>
        </w:tc>
        <w:tc>
          <w:tcPr>
            <w:tcW w:w="4752" w:type="dxa"/>
          </w:tcPr>
          <w:p w14:paraId="37B4987D" w14:textId="77777777" w:rsidR="00E357C0" w:rsidRDefault="00436B11">
            <w:pPr>
              <w:jc w:val="center"/>
            </w:pPr>
            <w:r>
              <w:rPr>
                <w:b/>
              </w:rPr>
              <w:t>Firma leggibile del dichiarante</w:t>
            </w:r>
            <w:r>
              <w:rPr>
                <w:b/>
              </w:rPr>
              <w:br/>
            </w:r>
            <w:r>
              <w:rPr>
                <w:i/>
                <w:sz w:val="16"/>
              </w:rPr>
              <w:t>(da apporre in presenza dell'operatore di segreteria)</w:t>
            </w:r>
            <w:r>
              <w:rPr>
                <w:i/>
                <w:sz w:val="16"/>
              </w:rPr>
              <w:br/>
            </w:r>
            <w:r>
              <w:rPr>
                <w:i/>
                <w:sz w:val="16"/>
              </w:rPr>
              <w:br/>
            </w:r>
            <w:r>
              <w:t>.........................................................................</w:t>
            </w:r>
          </w:p>
        </w:tc>
      </w:tr>
    </w:tbl>
    <w:p w14:paraId="1DAE2D90" w14:textId="77777777" w:rsidR="00E357C0" w:rsidRDefault="00436B11">
      <w:pPr>
        <w:pBdr>
          <w:top w:val="single" w:sz="4" w:space="4" w:color="E2E8F0"/>
        </w:pBdr>
        <w:spacing w:before="400" w:after="0"/>
      </w:pPr>
      <w:r>
        <w:rPr>
          <w:b/>
          <w:color w:val="718096"/>
          <w:sz w:val="15"/>
        </w:rPr>
        <w:t xml:space="preserve">Informativa privacy (Art. 13-14 Regolamento UE 2016/679 - GDPR): </w:t>
      </w:r>
      <w:r>
        <w:rPr>
          <w:color w:val="718096"/>
          <w:sz w:val="15"/>
        </w:rPr>
        <w:t>I dati personali forniti con la presente dichiarazione saranno trattati esclusivamente per le finalità istituzionali connesse all'instaurazione e gestione del rapporto di lavoro e per l'adempimento degli obblighi in materia di salute e sicurezza nei luoghi di lavoro (D.Lgs. 81/08).</w:t>
      </w:r>
    </w:p>
    <w:sectPr w:rsidR="00E357C0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166817">
    <w:abstractNumId w:val="8"/>
  </w:num>
  <w:num w:numId="2" w16cid:durableId="1917930627">
    <w:abstractNumId w:val="6"/>
  </w:num>
  <w:num w:numId="3" w16cid:durableId="720708200">
    <w:abstractNumId w:val="5"/>
  </w:num>
  <w:num w:numId="4" w16cid:durableId="1141263563">
    <w:abstractNumId w:val="4"/>
  </w:num>
  <w:num w:numId="5" w16cid:durableId="1891726424">
    <w:abstractNumId w:val="7"/>
  </w:num>
  <w:num w:numId="6" w16cid:durableId="507645882">
    <w:abstractNumId w:val="3"/>
  </w:num>
  <w:num w:numId="7" w16cid:durableId="2128885958">
    <w:abstractNumId w:val="2"/>
  </w:num>
  <w:num w:numId="8" w16cid:durableId="1068724562">
    <w:abstractNumId w:val="1"/>
  </w:num>
  <w:num w:numId="9" w16cid:durableId="65853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6B11"/>
    <w:rsid w:val="00697D2C"/>
    <w:rsid w:val="00947735"/>
    <w:rsid w:val="00AA1D8D"/>
    <w:rsid w:val="00B47730"/>
    <w:rsid w:val="00CB0664"/>
    <w:rsid w:val="00E357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6F894"/>
  <w14:defaultImageDpi w14:val="300"/>
  <w15:docId w15:val="{7524531C-7129-40D3-AD04-D0D83E98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color w:val="111111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 Magaraci</cp:lastModifiedBy>
  <cp:revision>2</cp:revision>
  <dcterms:created xsi:type="dcterms:W3CDTF">2026-08-25T07:55:00Z</dcterms:created>
  <dcterms:modified xsi:type="dcterms:W3CDTF">2026-08-25T07:55:00Z</dcterms:modified>
  <cp:category/>
</cp:coreProperties>
</file>